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3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4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5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6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7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8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9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0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1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2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3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4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5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6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7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8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9" name="Picture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9.pn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20" name="Picture 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0.pn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21" name="Picture 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1.pn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22" name="Picture 2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2.pn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23" name="Picture 2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3.pn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24" name="Picture 2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4.pn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25" name="Picture 2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5.pn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26" name="Picture 2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6.pn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27" name="Picture 2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7.pn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906" w:h="16838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Arial" w:hAnsi="Arial" w:eastAsia="Arial"/>
      <w:sz w:val="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20" Type="http://schemas.openxmlformats.org/officeDocument/2006/relationships/image" Target="media/image12.png"/><Relationship Id="rId21" Type="http://schemas.openxmlformats.org/officeDocument/2006/relationships/image" Target="media/image13.png"/><Relationship Id="rId22" Type="http://schemas.openxmlformats.org/officeDocument/2006/relationships/image" Target="media/image14.png"/><Relationship Id="rId23" Type="http://schemas.openxmlformats.org/officeDocument/2006/relationships/image" Target="media/image15.png"/><Relationship Id="rId24" Type="http://schemas.openxmlformats.org/officeDocument/2006/relationships/image" Target="media/image16.png"/><Relationship Id="rId25" Type="http://schemas.openxmlformats.org/officeDocument/2006/relationships/image" Target="media/image17.png"/><Relationship Id="rId26" Type="http://schemas.openxmlformats.org/officeDocument/2006/relationships/image" Target="media/image18.png"/><Relationship Id="rId27" Type="http://schemas.openxmlformats.org/officeDocument/2006/relationships/image" Target="media/image19.png"/><Relationship Id="rId28" Type="http://schemas.openxmlformats.org/officeDocument/2006/relationships/image" Target="media/image20.png"/><Relationship Id="rId29" Type="http://schemas.openxmlformats.org/officeDocument/2006/relationships/image" Target="media/image21.png"/><Relationship Id="rId30" Type="http://schemas.openxmlformats.org/officeDocument/2006/relationships/image" Target="media/image22.png"/><Relationship Id="rId31" Type="http://schemas.openxmlformats.org/officeDocument/2006/relationships/image" Target="media/image23.png"/><Relationship Id="rId32" Type="http://schemas.openxmlformats.org/officeDocument/2006/relationships/image" Target="media/image24.png"/><Relationship Id="rId33" Type="http://schemas.openxmlformats.org/officeDocument/2006/relationships/image" Target="media/image25.png"/><Relationship Id="rId34" Type="http://schemas.openxmlformats.org/officeDocument/2006/relationships/image" Target="media/image26.png"/><Relationship Id="rId35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