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9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9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9200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3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jc w:val="center"/>
      </w:pPr>
      <w:r>
        <w:drawing>
          <wp:inline xmlns:a="http://schemas.openxmlformats.org/drawingml/2006/main" xmlns:pic="http://schemas.openxmlformats.org/drawingml/2006/picture">
            <wp:extent cx="7560000" cy="1069200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4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1906" w:h="16838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40" w:lineRule="auto"/>
    </w:pPr>
    <w:rPr>
      <w:rFonts w:ascii="Arial" w:hAnsi="Arial" w:eastAsia="Arial"/>
      <w:sz w:val="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