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5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5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56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5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24000" cy="10656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56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