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4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5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6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7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8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9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0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1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2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3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4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5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6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7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8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9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0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1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2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23" name="Picture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3.pn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24" name="Picture 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4.pn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25" name="Picture 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5.pn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26" name="Picture 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6.pn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27" name="Picture 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7.pn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28" name="Picture 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8.pn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29" name="Picture 2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9.pn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30" name="Picture 3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0.pn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31" name="Picture 3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1.pn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32" name="Picture 3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2.png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33" name="Picture 3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3.png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34" name="Picture 3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4.png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35" name="Picture 3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5.png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36" name="Picture 3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6.png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37" name="Picture 3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7.png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38" name="Picture 3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8.png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39" name="Picture 3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9.png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40" name="Picture 4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40.png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41" name="Picture 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41.png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42" name="Picture 4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42.png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43" name="Picture 4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43.png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Arial" w:hAnsi="Arial" w:eastAsia="Arial"/>
      <w:sz w:val="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image" Target="media/image16.png"/><Relationship Id="rId25" Type="http://schemas.openxmlformats.org/officeDocument/2006/relationships/image" Target="media/image17.png"/><Relationship Id="rId26" Type="http://schemas.openxmlformats.org/officeDocument/2006/relationships/image" Target="media/image18.png"/><Relationship Id="rId27" Type="http://schemas.openxmlformats.org/officeDocument/2006/relationships/image" Target="media/image19.png"/><Relationship Id="rId28" Type="http://schemas.openxmlformats.org/officeDocument/2006/relationships/image" Target="media/image20.png"/><Relationship Id="rId29" Type="http://schemas.openxmlformats.org/officeDocument/2006/relationships/image" Target="media/image21.png"/><Relationship Id="rId30" Type="http://schemas.openxmlformats.org/officeDocument/2006/relationships/image" Target="media/image22.png"/><Relationship Id="rId31" Type="http://schemas.openxmlformats.org/officeDocument/2006/relationships/image" Target="media/image23.png"/><Relationship Id="rId32" Type="http://schemas.openxmlformats.org/officeDocument/2006/relationships/image" Target="media/image24.png"/><Relationship Id="rId33" Type="http://schemas.openxmlformats.org/officeDocument/2006/relationships/image" Target="media/image25.png"/><Relationship Id="rId34" Type="http://schemas.openxmlformats.org/officeDocument/2006/relationships/image" Target="media/image26.png"/><Relationship Id="rId35" Type="http://schemas.openxmlformats.org/officeDocument/2006/relationships/image" Target="media/image27.png"/><Relationship Id="rId36" Type="http://schemas.openxmlformats.org/officeDocument/2006/relationships/image" Target="media/image28.png"/><Relationship Id="rId37" Type="http://schemas.openxmlformats.org/officeDocument/2006/relationships/image" Target="media/image29.png"/><Relationship Id="rId38" Type="http://schemas.openxmlformats.org/officeDocument/2006/relationships/image" Target="media/image30.png"/><Relationship Id="rId39" Type="http://schemas.openxmlformats.org/officeDocument/2006/relationships/image" Target="media/image31.png"/><Relationship Id="rId40" Type="http://schemas.openxmlformats.org/officeDocument/2006/relationships/image" Target="media/image32.png"/><Relationship Id="rId41" Type="http://schemas.openxmlformats.org/officeDocument/2006/relationships/image" Target="media/image33.png"/><Relationship Id="rId42" Type="http://schemas.openxmlformats.org/officeDocument/2006/relationships/image" Target="media/image34.png"/><Relationship Id="rId43" Type="http://schemas.openxmlformats.org/officeDocument/2006/relationships/image" Target="media/image35.png"/><Relationship Id="rId44" Type="http://schemas.openxmlformats.org/officeDocument/2006/relationships/image" Target="media/image36.png"/><Relationship Id="rId45" Type="http://schemas.openxmlformats.org/officeDocument/2006/relationships/image" Target="media/image37.png"/><Relationship Id="rId46" Type="http://schemas.openxmlformats.org/officeDocument/2006/relationships/image" Target="media/image38.png"/><Relationship Id="rId47" Type="http://schemas.openxmlformats.org/officeDocument/2006/relationships/image" Target="media/image39.png"/><Relationship Id="rId48" Type="http://schemas.openxmlformats.org/officeDocument/2006/relationships/image" Target="media/image40.png"/><Relationship Id="rId49" Type="http://schemas.openxmlformats.org/officeDocument/2006/relationships/image" Target="media/image41.png"/><Relationship Id="rId50" Type="http://schemas.openxmlformats.org/officeDocument/2006/relationships/image" Target="media/image42.png"/><Relationship Id="rId51" Type="http://schemas.openxmlformats.org/officeDocument/2006/relationships/image" Target="media/image4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