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eastAsia="Arial"/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